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קבלה עם טעות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מחיר כולל (כמות כפול מחיר ליחידה)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טעות בחישוב בקבלה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המושגים סה״כ, שולם ועודף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מושגים בקבלה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הכסף שקיבלנו בחזרה אחרי התשלום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כמות כפול מחיר ליחידה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– קבלת חנות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4 כפול 6 שווה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1 כפול 42 שווה 42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(הסכום שצריך לשלם על כל המוצרים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(ההפרש בין מה ששילמנו למה שהקנייה 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(מספר הפריטים שקנינו מאותו מוצר)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(המחיר של פריט אחד בודד)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לוודא שלא שילמנו יותר מדי וקיבלנו את העודף הנכון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פתוח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עודף הוא מה שחוזר אחרי התשלום, סה״כ הוא כל הסכום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כמות כפול מחיר ליחידה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 כפול 3 שווה 15 ולא 18, וצריך לתקן גם את הסה״כ והעודף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קבלה אמיתית ולתרגל בדיקה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להסביר בקול רם איך מצאו את הטעות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קבלה עם טעות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בקבלה מחנות יש שלוש קניות, אבל באחת מהשורות יש טעות בחישוב. נלמד לבדוק קבלות בעזרת כפל וחיסור, ולמצוא את הטעות.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15  ·  24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מושגים בקבלה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המילה עודף בקבלה?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הכסף שקיבלנו בחזרה אחרי התשלום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המחיר הכולל של כל המוצרים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 הפריטים שקנינו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מחשבים את המחיר הכולל של מוצר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כמות כפול מחיר ליחידה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מחיר ליחידה פחות 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מחיר ליחידה חלקי כמות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– קבלת חנות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 מחברות במחיר 6 ₪ ליחידה עולות יחד 24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מחיר הספר בקבלה (42 ₪ עבור ספר אחד) חושב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4 מחברות במחיר 6 ₪ ליחידה עולות יחד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5 עפרונות במחיר 3 ₪ ליחידה עולים יחד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סה״כ לתשלום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מספר הפריטים שקנינו מאותו מוצר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המחיר של פריט אחד בודד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ההפרש בין מה ששילמנו למה שהקנייה 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מחיר ליחידה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הסכום שצריך לשלם על כל המוצרים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חשוב לבדוק קבלה אחרי קנייה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תרגול 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סה״כ לתשלום לבין עודף?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מחשבים מחיר כולל של כמה פריטים זהים?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קבלה עם טעות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