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קבלה עם 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 כולל (כמות כפול מחיר ליחידה)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טעות בחישוב בקבלה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סה״כ, שולם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מושגים בקבלה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הכסף שקיבלנו בחזרה אחרי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כמות כפול מחיר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הסכום שצריך לשלם עבור כל המוצרים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לחשב כל שורה ולבדוק אם הסכום הכולל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קבלת חנות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4 כפול 6 שווה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5 כפול 3 שווה 15 ולא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 כפול 42 שווה 42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24 ועוד 15 ועוד 42 שווה 81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100 פחות 81 שווה 19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(הסכום שצריך לשלם על כל המוצרים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(ההפרש בין מה ששילמנו למה שהקנייה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(מספר הפריטים שקנינו מאותו 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(המחיר של פריט אחד בודד)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(סכום הכסף שנתנו בפועל בקופה)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שלא שילמנו יותר מדי וקיבלנו את העודף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הקבלה כוללת שלושה מוצרים עם כמות ומחיר ליחידה, חישוב סה״כ, סכום ששולם ועודף; יש בה טעות אחת מכוונת שניתן למצוא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הוא מה שחוזר אחרי התשלום, סה״כ הוא כל הסכום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כמות כפול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 כפול 3 שווה 15 ולא 18, וצריך לתקן גם את הסה״כ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קבלה אמיתית ולתרגל בדיקה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רם איך מצאו את 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קבלה עם 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בקבלה כתוב כמה כסף שילמו על כל מוצר. בשורה אחת יש טעות. נלמד לבדוק אם המספרים נכונים.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שמראה מה קנינו וכמה שילמנו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סה״כ לתשלום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של כל המוצרים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שחוזר אלינו אחרי התשלום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שנתנו בקופה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פריטים קנינו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של פריט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מושגים בקבלה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עודף?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שקיבלנו בחזרה אחרי התשלום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הכולל של כל המוצרים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הפריטים שקנינו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מחשבים כמה עולים כמה פריטים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כפול מחיר ליחידה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ליחידה פחות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ליחידה חלקי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סה״כ ועוד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סה״כ לתשלום?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הסכום שצריך לשלם עבור כל המוצרים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המוצרים בקבלה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של המוצר הזול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הכסף שנשאר בארנק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בודקים שהקבלה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לחשב כל שורה ולבדוק אם הסכום הכולל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לספור כמה אותיות יש בשם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רק את הצבע של הקבלה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להסתכל רק על השורה האחרונה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קבלת חנות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 מחברות במחיר 6 ₪ ליחידה עולות יחד 24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 עפרונות במחיר 3 ₪ ליחידה עולים יחד 18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הספר בקבלה (42 ₪ עבור ספר אחד) חושב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מתקנים את הטעות בעפרונות, הסכום הכולל האמיתי צריך להיות 81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העודף האמיתי (אחרי תיקון הטעות) צריך להיות 19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4 מחברות במחיר 6 ₪ ליחידה עולות יחד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5 עפרונות במחיר 3 ₪ ליחידה עולים יחד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 אחד במחיר 42 ₪ עולה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סכום שלוש הקניות המתוקן הוא 24 ועוד 15 ועוד 42, הסכום הכולל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שילמנו 100 ₪ והסכום הכולל האמיתי הוא 81 ₪, העודף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סה״כ לתשלום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ההפרש בין מה ששילמנו למה שהקנייה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הפריטים שקנינו מאותו 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הסכום שצריך לשלם על כל המוצרים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סכום הכסף שנתנו בפועל בקופה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המחיר של פריט אחד בודד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לבדוק קבלה אחרי קנייה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קבלה קצרה משלכם לשלושה מוצרים, הכניסו בכוונה טעות אחת בחישוב, והחליפו עם חבר או חברה כדי למצוא את הטעות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סה״כ לתשלום לבין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מחיר כולל של כמה פריטים זהים?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הטעות בקבלה מחנות הכתיבה ואיך מתקנים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קבלה עם טעות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